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92E66" w14:textId="77777777" w:rsidR="000914D9" w:rsidRPr="00ED58F9" w:rsidRDefault="00000000">
      <w:pPr>
        <w:pStyle w:val="aa"/>
        <w:spacing w:after="100"/>
        <w:jc w:val="center"/>
        <w:rPr>
          <w:sz w:val="32"/>
          <w:szCs w:val="32"/>
          <w:lang w:eastAsia="zh-TW"/>
        </w:rPr>
      </w:pPr>
      <w:r w:rsidRPr="00ED58F9">
        <w:rPr>
          <w:rFonts w:ascii="微軟正黑體" w:eastAsia="微軟正黑體" w:hAnsi="微軟正黑體" w:cs="微軟正黑體"/>
          <w:b/>
          <w:color w:val="000000"/>
          <w:sz w:val="32"/>
          <w:szCs w:val="32"/>
          <w:lang w:eastAsia="zh-TW"/>
        </w:rPr>
        <w:t>長庚大學電腦IP位址申請表</w:t>
      </w:r>
    </w:p>
    <w:tbl>
      <w:tblPr>
        <w:tblW w:w="0" w:type="auto"/>
        <w:jc w:val="center"/>
        <w:tblBorders>
          <w:top w:val="single" w:sz="8" w:space="0" w:color="B7B7B7"/>
          <w:left w:val="single" w:sz="8" w:space="0" w:color="B7B7B7"/>
          <w:bottom w:val="single" w:sz="8" w:space="0" w:color="B7B7B7"/>
          <w:right w:val="single" w:sz="8" w:space="0" w:color="B7B7B7"/>
          <w:insideH w:val="single" w:sz="6" w:space="0" w:color="B7B7B7"/>
          <w:insideV w:val="single" w:sz="6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1700"/>
        <w:gridCol w:w="3459"/>
        <w:gridCol w:w="1700"/>
        <w:gridCol w:w="3459"/>
      </w:tblGrid>
      <w:tr w:rsidR="000914D9" w14:paraId="4AECCA3A" w14:textId="77777777">
        <w:trPr>
          <w:cantSplit/>
          <w:jc w:val="center"/>
        </w:trPr>
        <w:tc>
          <w:tcPr>
            <w:tcW w:w="5159" w:type="dxa"/>
            <w:gridSpan w:val="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35E21C" w14:textId="55616E18" w:rsidR="000914D9" w:rsidRPr="001B7A46" w:rsidRDefault="00000000">
            <w:pPr>
              <w:spacing w:after="0" w:line="240" w:lineRule="auto"/>
              <w:rPr>
                <w:sz w:val="24"/>
                <w:szCs w:val="24"/>
                <w:lang w:eastAsia="zh-TW"/>
              </w:rPr>
            </w:pPr>
            <w:r w:rsidRPr="001B7A46">
              <w:rPr>
                <w:rFonts w:cs="微軟正黑體"/>
                <w:b/>
                <w:color w:val="000000"/>
                <w:sz w:val="24"/>
                <w:szCs w:val="24"/>
                <w:lang w:eastAsia="zh-TW"/>
              </w:rPr>
              <w:t xml:space="preserve">申請日期：　　</w:t>
            </w:r>
            <w:r w:rsidR="0031003B" w:rsidRPr="001B7A46">
              <w:rPr>
                <w:rFonts w:cs="微軟正黑體" w:hint="eastAsia"/>
                <w:b/>
                <w:color w:val="000000"/>
                <w:sz w:val="24"/>
                <w:szCs w:val="24"/>
                <w:lang w:eastAsia="zh-TW"/>
              </w:rPr>
              <w:t xml:space="preserve">   </w:t>
            </w:r>
            <w:r w:rsidRPr="001B7A46">
              <w:rPr>
                <w:rFonts w:cs="微軟正黑體"/>
                <w:b/>
                <w:color w:val="000000"/>
                <w:sz w:val="24"/>
                <w:szCs w:val="24"/>
                <w:lang w:eastAsia="zh-TW"/>
              </w:rPr>
              <w:t xml:space="preserve">　年　　</w:t>
            </w:r>
            <w:r w:rsidR="0031003B" w:rsidRPr="001B7A46">
              <w:rPr>
                <w:rFonts w:cs="微軟正黑體" w:hint="eastAsia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1B7A46">
              <w:rPr>
                <w:rFonts w:cs="微軟正黑體"/>
                <w:b/>
                <w:color w:val="000000"/>
                <w:sz w:val="24"/>
                <w:szCs w:val="24"/>
                <w:lang w:eastAsia="zh-TW"/>
              </w:rPr>
              <w:t xml:space="preserve">　月　　　</w:t>
            </w:r>
            <w:r w:rsidR="0031003B" w:rsidRPr="001B7A46">
              <w:rPr>
                <w:rFonts w:cs="微軟正黑體" w:hint="eastAsia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1B7A46">
              <w:rPr>
                <w:rFonts w:cs="微軟正黑體"/>
                <w:b/>
                <w:color w:val="000000"/>
                <w:sz w:val="24"/>
                <w:szCs w:val="24"/>
                <w:lang w:eastAsia="zh-TW"/>
              </w:rPr>
              <w:t>日</w:t>
            </w:r>
          </w:p>
        </w:tc>
        <w:tc>
          <w:tcPr>
            <w:tcW w:w="5159" w:type="dxa"/>
            <w:gridSpan w:val="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302AF4" w14:textId="77777777" w:rsidR="000914D9" w:rsidRPr="001B7A46" w:rsidRDefault="00000000" w:rsidP="0099707F">
            <w:pPr>
              <w:spacing w:after="0" w:line="240" w:lineRule="auto"/>
              <w:ind w:right="840"/>
              <w:rPr>
                <w:sz w:val="24"/>
                <w:szCs w:val="24"/>
                <w:lang w:eastAsia="zh-TW"/>
              </w:rPr>
            </w:pPr>
            <w:r w:rsidRPr="001B7A46">
              <w:rPr>
                <w:rFonts w:cs="微軟正黑體"/>
                <w:b/>
                <w:color w:val="000000"/>
                <w:sz w:val="24"/>
                <w:szCs w:val="24"/>
                <w:lang w:eastAsia="zh-TW"/>
              </w:rPr>
              <w:t xml:space="preserve">收件編號：　　　　　　　　　</w:t>
            </w:r>
          </w:p>
        </w:tc>
      </w:tr>
      <w:tr w:rsidR="000914D9" w14:paraId="3E4612A7" w14:textId="77777777" w:rsidTr="00ED58F9">
        <w:tblPrEx>
          <w:tblBorders>
            <w:top w:val="single" w:sz="10" w:space="0" w:color="8A8A8A"/>
            <w:left w:val="single" w:sz="10" w:space="0" w:color="8A8A8A"/>
            <w:bottom w:val="single" w:sz="10" w:space="0" w:color="8A8A8A"/>
            <w:right w:val="single" w:sz="10" w:space="0" w:color="8A8A8A"/>
            <w:insideH w:val="single" w:sz="8" w:space="0" w:color="8A8A8A"/>
            <w:insideV w:val="single" w:sz="8" w:space="0" w:color="8A8A8A"/>
          </w:tblBorders>
        </w:tblPrEx>
        <w:trPr>
          <w:cantSplit/>
          <w:trHeight w:val="396"/>
          <w:jc w:val="center"/>
        </w:trPr>
        <w:tc>
          <w:tcPr>
            <w:tcW w:w="10316" w:type="dxa"/>
            <w:gridSpan w:val="4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EF5FF0A" w14:textId="77777777" w:rsidR="000914D9" w:rsidRPr="001B7A46" w:rsidRDefault="00000000">
            <w:pPr>
              <w:spacing w:after="0" w:line="240" w:lineRule="auto"/>
              <w:rPr>
                <w:sz w:val="24"/>
                <w:szCs w:val="24"/>
                <w:lang w:eastAsia="zh-TW"/>
              </w:rPr>
            </w:pPr>
            <w:r w:rsidRPr="001B7A46">
              <w:rPr>
                <w:rFonts w:cs="微軟正黑體"/>
                <w:b/>
                <w:color w:val="FFFFFF"/>
                <w:sz w:val="24"/>
                <w:szCs w:val="24"/>
                <w:lang w:eastAsia="zh-TW"/>
              </w:rPr>
              <w:t>申請者基本資料　請申請者完整填寫</w:t>
            </w:r>
          </w:p>
        </w:tc>
      </w:tr>
      <w:tr w:rsidR="000914D9" w14:paraId="79ABC0B2" w14:textId="77777777">
        <w:tblPrEx>
          <w:tblBorders>
            <w:top w:val="single" w:sz="10" w:space="0" w:color="8A8A8A"/>
            <w:left w:val="single" w:sz="10" w:space="0" w:color="8A8A8A"/>
            <w:bottom w:val="single" w:sz="10" w:space="0" w:color="8A8A8A"/>
            <w:right w:val="single" w:sz="10" w:space="0" w:color="8A8A8A"/>
            <w:insideH w:val="single" w:sz="8" w:space="0" w:color="8A8A8A"/>
            <w:insideV w:val="single" w:sz="8" w:space="0" w:color="8A8A8A"/>
          </w:tblBorders>
        </w:tblPrEx>
        <w:trPr>
          <w:cantSplit/>
          <w:jc w:val="center"/>
        </w:trPr>
        <w:tc>
          <w:tcPr>
            <w:tcW w:w="1700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146596D" w14:textId="4E746EEF" w:rsidR="000914D9" w:rsidRPr="001B7A46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B7A46">
              <w:rPr>
                <w:rFonts w:cs="微軟正黑體"/>
                <w:b/>
                <w:color w:val="000000"/>
                <w:sz w:val="24"/>
                <w:szCs w:val="24"/>
              </w:rPr>
              <w:t>姓名</w:t>
            </w:r>
            <w:r w:rsidRPr="001B7A46">
              <w:rPr>
                <w:rFonts w:cs="微軟正黑體"/>
                <w:b/>
                <w:color w:val="C00000"/>
                <w:sz w:val="24"/>
                <w:szCs w:val="24"/>
              </w:rPr>
              <w:t xml:space="preserve"> </w:t>
            </w:r>
          </w:p>
        </w:tc>
        <w:tc>
          <w:tcPr>
            <w:tcW w:w="345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E16C63" w14:textId="125B32BB" w:rsidR="000914D9" w:rsidRPr="001B7A46" w:rsidRDefault="000914D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0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07D7E0" w14:textId="77777777" w:rsidR="000914D9" w:rsidRPr="001B7A46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B7A46">
              <w:rPr>
                <w:rFonts w:cs="微軟正黑體"/>
                <w:b/>
                <w:color w:val="000000"/>
                <w:sz w:val="24"/>
                <w:szCs w:val="24"/>
              </w:rPr>
              <w:t>職稱</w:t>
            </w:r>
          </w:p>
        </w:tc>
        <w:tc>
          <w:tcPr>
            <w:tcW w:w="345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0F171E8" w14:textId="092B6AF4" w:rsidR="000914D9" w:rsidRPr="001B7A46" w:rsidRDefault="000914D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0914D9" w14:paraId="3E045126" w14:textId="77777777">
        <w:tblPrEx>
          <w:tblBorders>
            <w:top w:val="single" w:sz="10" w:space="0" w:color="8A8A8A"/>
            <w:left w:val="single" w:sz="10" w:space="0" w:color="8A8A8A"/>
            <w:bottom w:val="single" w:sz="10" w:space="0" w:color="8A8A8A"/>
            <w:right w:val="single" w:sz="10" w:space="0" w:color="8A8A8A"/>
            <w:insideH w:val="single" w:sz="8" w:space="0" w:color="8A8A8A"/>
            <w:insideV w:val="single" w:sz="8" w:space="0" w:color="8A8A8A"/>
          </w:tblBorders>
        </w:tblPrEx>
        <w:trPr>
          <w:cantSplit/>
          <w:jc w:val="center"/>
        </w:trPr>
        <w:tc>
          <w:tcPr>
            <w:tcW w:w="1700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D0C70C3" w14:textId="63D0A0E3" w:rsidR="000914D9" w:rsidRPr="001B7A46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B7A46">
              <w:rPr>
                <w:rFonts w:cs="微軟正黑體"/>
                <w:b/>
                <w:color w:val="000000"/>
                <w:sz w:val="24"/>
                <w:szCs w:val="24"/>
              </w:rPr>
              <w:t>電子郵件帳號</w:t>
            </w:r>
            <w:r w:rsidRPr="001B7A46">
              <w:rPr>
                <w:rFonts w:cs="微軟正黑體"/>
                <w:b/>
                <w:color w:val="C00000"/>
                <w:sz w:val="24"/>
                <w:szCs w:val="24"/>
              </w:rPr>
              <w:t xml:space="preserve"> </w:t>
            </w:r>
          </w:p>
        </w:tc>
        <w:tc>
          <w:tcPr>
            <w:tcW w:w="345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14ECBAB" w14:textId="211A525D" w:rsidR="000914D9" w:rsidRPr="001B7A46" w:rsidRDefault="000914D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0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6E84F5C" w14:textId="725BFD5B" w:rsidR="000914D9" w:rsidRPr="001B7A46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B7A46">
              <w:rPr>
                <w:rFonts w:cs="微軟正黑體"/>
                <w:b/>
                <w:color w:val="000000"/>
                <w:sz w:val="24"/>
                <w:szCs w:val="24"/>
              </w:rPr>
              <w:t>分機</w:t>
            </w:r>
            <w:r w:rsidRPr="001B7A46">
              <w:rPr>
                <w:rFonts w:cs="微軟正黑體"/>
                <w:b/>
                <w:color w:val="C00000"/>
                <w:sz w:val="24"/>
                <w:szCs w:val="24"/>
              </w:rPr>
              <w:t xml:space="preserve"> </w:t>
            </w:r>
          </w:p>
        </w:tc>
        <w:tc>
          <w:tcPr>
            <w:tcW w:w="345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9398085" w14:textId="44AD0EAC" w:rsidR="000914D9" w:rsidRPr="001B7A46" w:rsidRDefault="000914D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0914D9" w14:paraId="0F6F7ED0" w14:textId="77777777">
        <w:tblPrEx>
          <w:tblBorders>
            <w:top w:val="single" w:sz="10" w:space="0" w:color="8A8A8A"/>
            <w:left w:val="single" w:sz="10" w:space="0" w:color="8A8A8A"/>
            <w:bottom w:val="single" w:sz="10" w:space="0" w:color="8A8A8A"/>
            <w:right w:val="single" w:sz="10" w:space="0" w:color="8A8A8A"/>
            <w:insideH w:val="single" w:sz="8" w:space="0" w:color="8A8A8A"/>
            <w:insideV w:val="single" w:sz="8" w:space="0" w:color="8A8A8A"/>
          </w:tblBorders>
        </w:tblPrEx>
        <w:trPr>
          <w:cantSplit/>
          <w:jc w:val="center"/>
        </w:trPr>
        <w:tc>
          <w:tcPr>
            <w:tcW w:w="1700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6A9E8AF" w14:textId="55B90B0A" w:rsidR="000914D9" w:rsidRPr="001B7A46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B7A46">
              <w:rPr>
                <w:rFonts w:cs="微軟正黑體"/>
                <w:b/>
                <w:color w:val="000000"/>
                <w:sz w:val="24"/>
                <w:szCs w:val="24"/>
              </w:rPr>
              <w:t>部門／系所</w:t>
            </w:r>
            <w:r w:rsidRPr="001B7A46">
              <w:rPr>
                <w:rFonts w:cs="微軟正黑體"/>
                <w:b/>
                <w:color w:val="C00000"/>
                <w:sz w:val="24"/>
                <w:szCs w:val="24"/>
              </w:rPr>
              <w:t xml:space="preserve"> </w:t>
            </w:r>
          </w:p>
        </w:tc>
        <w:tc>
          <w:tcPr>
            <w:tcW w:w="345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505F28" w14:textId="5A3307F1" w:rsidR="000914D9" w:rsidRPr="001B7A46" w:rsidRDefault="000914D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0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95F7CB7" w14:textId="2A2DDB1F" w:rsidR="000914D9" w:rsidRPr="001B7A46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B7A46">
              <w:rPr>
                <w:rFonts w:cs="微軟正黑體"/>
                <w:b/>
                <w:color w:val="000000"/>
                <w:sz w:val="24"/>
                <w:szCs w:val="24"/>
              </w:rPr>
              <w:t>電腦位置</w:t>
            </w:r>
          </w:p>
        </w:tc>
        <w:tc>
          <w:tcPr>
            <w:tcW w:w="345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4043A2" w14:textId="3DF12FAD" w:rsidR="000914D9" w:rsidRPr="001B7A46" w:rsidRDefault="00000000">
            <w:pPr>
              <w:spacing w:after="0" w:line="240" w:lineRule="auto"/>
              <w:rPr>
                <w:sz w:val="24"/>
                <w:szCs w:val="24"/>
                <w:lang w:eastAsia="zh-TW"/>
              </w:rPr>
            </w:pPr>
            <w:r w:rsidRPr="001B7A46">
              <w:rPr>
                <w:rFonts w:cs="微軟正黑體"/>
                <w:color w:val="000000"/>
                <w:sz w:val="24"/>
                <w:szCs w:val="24"/>
                <w:lang w:eastAsia="zh-TW"/>
              </w:rPr>
              <w:t xml:space="preserve">　　　　</w:t>
            </w:r>
            <w:r w:rsidR="00A967ED" w:rsidRPr="001B7A46">
              <w:rPr>
                <w:rFonts w:cs="微軟正黑體" w:hint="eastAsia"/>
                <w:color w:val="000000"/>
                <w:sz w:val="24"/>
                <w:szCs w:val="24"/>
                <w:lang w:eastAsia="zh-TW"/>
              </w:rPr>
              <w:t xml:space="preserve">    </w:t>
            </w:r>
            <w:r w:rsidR="001B7A46">
              <w:rPr>
                <w:rFonts w:cs="微軟正黑體" w:hint="eastAsia"/>
                <w:color w:val="000000"/>
                <w:sz w:val="24"/>
                <w:szCs w:val="24"/>
                <w:lang w:eastAsia="zh-TW"/>
              </w:rPr>
              <w:t xml:space="preserve">  </w:t>
            </w:r>
            <w:r w:rsidR="00A967ED" w:rsidRPr="001B7A46">
              <w:rPr>
                <w:rFonts w:cs="微軟正黑體" w:hint="eastAsia"/>
                <w:color w:val="000000"/>
                <w:sz w:val="24"/>
                <w:szCs w:val="24"/>
                <w:lang w:eastAsia="zh-TW"/>
              </w:rPr>
              <w:t xml:space="preserve">    </w:t>
            </w:r>
            <w:r w:rsidRPr="001B7A46">
              <w:rPr>
                <w:rFonts w:cs="微軟正黑體"/>
                <w:color w:val="000000"/>
                <w:sz w:val="24"/>
                <w:szCs w:val="24"/>
                <w:lang w:eastAsia="zh-TW"/>
              </w:rPr>
              <w:t xml:space="preserve">大樓　</w:t>
            </w:r>
            <w:r w:rsidR="001B7A46">
              <w:rPr>
                <w:rFonts w:cs="微軟正黑體" w:hint="eastAsia"/>
                <w:color w:val="000000"/>
                <w:sz w:val="24"/>
                <w:szCs w:val="24"/>
                <w:lang w:eastAsia="zh-TW"/>
              </w:rPr>
              <w:t xml:space="preserve">   </w:t>
            </w:r>
            <w:r w:rsidRPr="001B7A46">
              <w:rPr>
                <w:rFonts w:cs="微軟正黑體"/>
                <w:color w:val="000000"/>
                <w:sz w:val="24"/>
                <w:szCs w:val="24"/>
                <w:lang w:eastAsia="zh-TW"/>
              </w:rPr>
              <w:t xml:space="preserve">　　樓</w:t>
            </w:r>
          </w:p>
        </w:tc>
      </w:tr>
      <w:tr w:rsidR="000914D9" w14:paraId="419E711A" w14:textId="77777777">
        <w:tblPrEx>
          <w:tblBorders>
            <w:top w:val="single" w:sz="10" w:space="0" w:color="8A8A8A"/>
            <w:left w:val="single" w:sz="10" w:space="0" w:color="8A8A8A"/>
            <w:bottom w:val="single" w:sz="10" w:space="0" w:color="8A8A8A"/>
            <w:right w:val="single" w:sz="10" w:space="0" w:color="8A8A8A"/>
            <w:insideH w:val="single" w:sz="8" w:space="0" w:color="8A8A8A"/>
            <w:insideV w:val="single" w:sz="8" w:space="0" w:color="8A8A8A"/>
          </w:tblBorders>
        </w:tblPrEx>
        <w:trPr>
          <w:cantSplit/>
          <w:jc w:val="center"/>
        </w:trPr>
        <w:tc>
          <w:tcPr>
            <w:tcW w:w="1700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360A6D6" w14:textId="36E97206" w:rsidR="000914D9" w:rsidRPr="001B7A46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B7A46">
              <w:rPr>
                <w:rFonts w:cs="微軟正黑體"/>
                <w:b/>
                <w:color w:val="000000"/>
                <w:sz w:val="24"/>
                <w:szCs w:val="24"/>
              </w:rPr>
              <w:t>設備類型</w:t>
            </w:r>
            <w:r w:rsidRPr="001B7A46">
              <w:rPr>
                <w:rFonts w:cs="微軟正黑體"/>
                <w:b/>
                <w:color w:val="C00000"/>
                <w:sz w:val="24"/>
                <w:szCs w:val="24"/>
              </w:rPr>
              <w:t xml:space="preserve"> </w:t>
            </w:r>
          </w:p>
        </w:tc>
        <w:tc>
          <w:tcPr>
            <w:tcW w:w="8616" w:type="dxa"/>
            <w:gridSpan w:val="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DED3F33" w14:textId="1E425CBE" w:rsidR="000914D9" w:rsidRPr="001B7A46" w:rsidRDefault="003D53C3">
            <w:pPr>
              <w:spacing w:after="0" w:line="240" w:lineRule="auto"/>
              <w:rPr>
                <w:sz w:val="24"/>
                <w:szCs w:val="24"/>
                <w:lang w:eastAsia="zh-TW"/>
              </w:rPr>
            </w:pPr>
            <w:r w:rsidRPr="001B7A46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□</w:t>
            </w:r>
            <w:r w:rsidRPr="001B7A46">
              <w:rPr>
                <w:rFonts w:cs="微軟正黑體"/>
                <w:color w:val="000000"/>
                <w:sz w:val="24"/>
                <w:szCs w:val="24"/>
                <w:lang w:eastAsia="zh-TW"/>
              </w:rPr>
              <w:t xml:space="preserve"> 個人電腦　 </w:t>
            </w:r>
            <w:r w:rsidRPr="001B7A46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□</w:t>
            </w:r>
            <w:r w:rsidRPr="001B7A46">
              <w:rPr>
                <w:rFonts w:cs="微軟正黑體"/>
                <w:color w:val="000000"/>
                <w:sz w:val="24"/>
                <w:szCs w:val="24"/>
                <w:lang w:eastAsia="zh-TW"/>
              </w:rPr>
              <w:t xml:space="preserve"> 筆記型電腦　 </w:t>
            </w:r>
            <w:r w:rsidRPr="001B7A46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□</w:t>
            </w:r>
            <w:r w:rsidRPr="001B7A46">
              <w:rPr>
                <w:rFonts w:cs="微軟正黑體"/>
                <w:color w:val="000000"/>
                <w:sz w:val="24"/>
                <w:szCs w:val="24"/>
                <w:lang w:eastAsia="zh-TW"/>
              </w:rPr>
              <w:t xml:space="preserve"> 印表機　 </w:t>
            </w:r>
            <w:r w:rsidRPr="001B7A46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□</w:t>
            </w:r>
            <w:r w:rsidRPr="001B7A46">
              <w:rPr>
                <w:rFonts w:cs="微軟正黑體"/>
                <w:color w:val="000000"/>
                <w:sz w:val="24"/>
                <w:szCs w:val="24"/>
                <w:lang w:eastAsia="zh-TW"/>
              </w:rPr>
              <w:t xml:space="preserve"> 其他：</w:t>
            </w:r>
          </w:p>
        </w:tc>
      </w:tr>
    </w:tbl>
    <w:p w14:paraId="7665C9BC" w14:textId="77777777" w:rsidR="000914D9" w:rsidRDefault="000914D9">
      <w:pPr>
        <w:spacing w:after="0" w:line="168" w:lineRule="auto"/>
        <w:rPr>
          <w:lang w:eastAsia="zh-TW"/>
        </w:rPr>
      </w:pPr>
    </w:p>
    <w:tbl>
      <w:tblPr>
        <w:tblW w:w="0" w:type="auto"/>
        <w:jc w:val="center"/>
        <w:tblBorders>
          <w:top w:val="single" w:sz="10" w:space="0" w:color="8A8A8A"/>
          <w:left w:val="single" w:sz="10" w:space="0" w:color="8A8A8A"/>
          <w:bottom w:val="single" w:sz="10" w:space="0" w:color="8A8A8A"/>
          <w:right w:val="single" w:sz="10" w:space="0" w:color="8A8A8A"/>
          <w:insideH w:val="single" w:sz="8" w:space="0" w:color="8A8A8A"/>
          <w:insideV w:val="single" w:sz="8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10376"/>
      </w:tblGrid>
      <w:tr w:rsidR="000914D9" w14:paraId="25B0C6E9" w14:textId="77777777">
        <w:trPr>
          <w:cantSplit/>
          <w:jc w:val="center"/>
        </w:trPr>
        <w:tc>
          <w:tcPr>
            <w:tcW w:w="10318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9F92297" w14:textId="77777777" w:rsidR="000914D9" w:rsidRPr="001B7A46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1B7A46">
              <w:rPr>
                <w:rFonts w:cs="微軟正黑體"/>
                <w:b/>
                <w:color w:val="000000"/>
                <w:sz w:val="24"/>
                <w:szCs w:val="24"/>
              </w:rPr>
              <w:t>使用聲明</w:t>
            </w:r>
          </w:p>
        </w:tc>
      </w:tr>
      <w:tr w:rsidR="000914D9" w14:paraId="62E4DABF" w14:textId="77777777">
        <w:trPr>
          <w:cantSplit/>
          <w:jc w:val="center"/>
        </w:trPr>
        <w:tc>
          <w:tcPr>
            <w:tcW w:w="1037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9CB9A23" w14:textId="57104814" w:rsidR="000914D9" w:rsidRPr="00ED58F9" w:rsidRDefault="00000000" w:rsidP="00ED58F9">
            <w:pPr>
              <w:spacing w:after="0" w:line="259" w:lineRule="auto"/>
              <w:rPr>
                <w:rFonts w:cs="微軟正黑體"/>
                <w:color w:val="000000"/>
                <w:sz w:val="24"/>
                <w:szCs w:val="24"/>
                <w:lang w:eastAsia="zh-TW"/>
              </w:rPr>
            </w:pPr>
            <w:r w:rsidRPr="00E03783">
              <w:rPr>
                <w:rFonts w:cs="微軟正黑體"/>
                <w:color w:val="000000"/>
                <w:sz w:val="24"/>
                <w:szCs w:val="24"/>
                <w:lang w:eastAsia="zh-TW"/>
              </w:rPr>
              <w:t xml:space="preserve">以下配發IP位址僅供本人教學與研究使用。本人保證遵守學術網路相關作業規定、使用原則及智慧財產權規範，不將IP位址借予他人使用。離職、調職、畢業或更換電腦擺放位置時，將主動提出取消或變更申請；若因疏忽造成網址為他人使用、影響他人權益或導致學校損失，本人願負相關責任。　</w:t>
            </w:r>
            <w:r w:rsidR="00ED58F9">
              <w:rPr>
                <w:rFonts w:cs="微軟正黑體" w:hint="eastAsia"/>
                <w:color w:val="000000"/>
                <w:sz w:val="24"/>
                <w:szCs w:val="24"/>
                <w:lang w:eastAsia="zh-TW"/>
              </w:rPr>
              <w:t xml:space="preserve">                                                                                                </w:t>
            </w:r>
            <w:r w:rsidRPr="00E03783">
              <w:rPr>
                <w:rFonts w:cs="微軟正黑體"/>
                <w:color w:val="000000"/>
                <w:sz w:val="24"/>
                <w:szCs w:val="24"/>
                <w:lang w:eastAsia="zh-TW"/>
              </w:rPr>
              <w:t>此致　長庚大學資訊中心</w:t>
            </w:r>
          </w:p>
        </w:tc>
      </w:tr>
      <w:tr w:rsidR="000914D9" w14:paraId="66EAC61F" w14:textId="77777777">
        <w:trPr>
          <w:cantSplit/>
          <w:jc w:val="center"/>
        </w:trPr>
        <w:tc>
          <w:tcPr>
            <w:tcW w:w="1037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0A8CDC6" w14:textId="40399776" w:rsidR="000914D9" w:rsidRPr="00E03783" w:rsidRDefault="00000000">
            <w:pPr>
              <w:spacing w:after="0"/>
              <w:rPr>
                <w:sz w:val="24"/>
                <w:szCs w:val="24"/>
                <w:lang w:eastAsia="zh-TW"/>
              </w:rPr>
            </w:pPr>
            <w:r w:rsidRPr="00E03783">
              <w:rPr>
                <w:rFonts w:cs="微軟正黑體"/>
                <w:b/>
                <w:color w:val="000000"/>
                <w:sz w:val="24"/>
                <w:szCs w:val="24"/>
                <w:lang w:eastAsia="zh-TW"/>
              </w:rPr>
              <w:t>系主任／部門主管簽章：</w:t>
            </w:r>
            <w:r w:rsidR="00C61E18" w:rsidRPr="00CB3A05">
              <w:rPr>
                <w:rFonts w:cs="微軟正黑體" w:hint="eastAsia"/>
                <w:bCs/>
                <w:color w:val="000000"/>
                <w:sz w:val="24"/>
                <w:szCs w:val="24"/>
                <w:lang w:eastAsia="zh-TW"/>
              </w:rPr>
              <w:t xml:space="preserve">                               </w:t>
            </w:r>
            <w:r w:rsidR="00C61E18" w:rsidRPr="00CB3A05">
              <w:rPr>
                <w:rFonts w:cs="微軟正黑體" w:hint="eastAsia"/>
                <w:b/>
                <w:color w:val="000000"/>
                <w:sz w:val="24"/>
                <w:szCs w:val="24"/>
                <w:lang w:eastAsia="zh-TW"/>
              </w:rPr>
              <w:t xml:space="preserve">       </w:t>
            </w:r>
            <w:r w:rsidRPr="00CB3A05">
              <w:rPr>
                <w:rFonts w:cs="微軟正黑體"/>
                <w:b/>
                <w:color w:val="000000"/>
                <w:sz w:val="24"/>
                <w:szCs w:val="24"/>
                <w:lang w:eastAsia="zh-TW"/>
              </w:rPr>
              <w:t xml:space="preserve">　　</w:t>
            </w:r>
            <w:r w:rsidRPr="00E03783">
              <w:rPr>
                <w:rFonts w:cs="微軟正黑體"/>
                <w:b/>
                <w:color w:val="000000"/>
                <w:sz w:val="24"/>
                <w:szCs w:val="24"/>
                <w:lang w:eastAsia="zh-TW"/>
              </w:rPr>
              <w:t>申請人簽章：</w:t>
            </w:r>
            <w:r w:rsidR="00CB3A05" w:rsidRPr="00CB3A05">
              <w:rPr>
                <w:rFonts w:cs="微軟正黑體" w:hint="eastAsia"/>
                <w:bCs/>
                <w:color w:val="000000"/>
                <w:sz w:val="24"/>
                <w:szCs w:val="24"/>
                <w:lang w:eastAsia="zh-TW"/>
              </w:rPr>
              <w:t xml:space="preserve">                                                       </w:t>
            </w:r>
          </w:p>
        </w:tc>
      </w:tr>
    </w:tbl>
    <w:p w14:paraId="57BF7F02" w14:textId="77777777" w:rsidR="000914D9" w:rsidRDefault="000914D9">
      <w:pPr>
        <w:spacing w:after="0" w:line="168" w:lineRule="auto"/>
        <w:rPr>
          <w:lang w:eastAsia="zh-TW"/>
        </w:rPr>
      </w:pPr>
    </w:p>
    <w:tbl>
      <w:tblPr>
        <w:tblW w:w="0" w:type="auto"/>
        <w:jc w:val="center"/>
        <w:tblBorders>
          <w:top w:val="single" w:sz="10" w:space="0" w:color="8A8A8A"/>
          <w:left w:val="single" w:sz="10" w:space="0" w:color="8A8A8A"/>
          <w:bottom w:val="single" w:sz="10" w:space="0" w:color="8A8A8A"/>
          <w:right w:val="single" w:sz="10" w:space="0" w:color="8A8A8A"/>
          <w:insideH w:val="single" w:sz="8" w:space="0" w:color="8A8A8A"/>
          <w:insideV w:val="single" w:sz="8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2097"/>
        <w:gridCol w:w="3061"/>
        <w:gridCol w:w="1700"/>
        <w:gridCol w:w="3458"/>
      </w:tblGrid>
      <w:tr w:rsidR="000914D9" w14:paraId="7CF83C2B" w14:textId="77777777" w:rsidTr="00E03783">
        <w:trPr>
          <w:cantSplit/>
          <w:jc w:val="center"/>
        </w:trPr>
        <w:tc>
          <w:tcPr>
            <w:tcW w:w="2097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8785CAC" w14:textId="77777777" w:rsidR="000914D9" w:rsidRPr="00E03783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03783">
              <w:rPr>
                <w:rFonts w:cs="微軟正黑體"/>
                <w:b/>
                <w:color w:val="000000"/>
                <w:sz w:val="24"/>
                <w:szCs w:val="24"/>
              </w:rPr>
              <w:t>資訊中心承辦人</w:t>
            </w:r>
          </w:p>
        </w:tc>
        <w:tc>
          <w:tcPr>
            <w:tcW w:w="306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C88105E" w14:textId="55DA934B" w:rsidR="00C61E18" w:rsidRPr="00E03783" w:rsidRDefault="00C61E18">
            <w:pPr>
              <w:spacing w:after="0" w:line="240" w:lineRule="auto"/>
              <w:rPr>
                <w:sz w:val="24"/>
                <w:szCs w:val="24"/>
                <w:lang w:eastAsia="zh-TW"/>
              </w:rPr>
            </w:pPr>
          </w:p>
        </w:tc>
        <w:tc>
          <w:tcPr>
            <w:tcW w:w="1700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AE8D6D7" w14:textId="77777777" w:rsidR="000914D9" w:rsidRPr="00E03783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03783">
              <w:rPr>
                <w:rFonts w:cs="微軟正黑體"/>
                <w:b/>
                <w:color w:val="000000"/>
                <w:sz w:val="24"/>
                <w:szCs w:val="24"/>
              </w:rPr>
              <w:t>結案日期</w:t>
            </w:r>
          </w:p>
        </w:tc>
        <w:tc>
          <w:tcPr>
            <w:tcW w:w="345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86D724" w14:textId="547F44AD" w:rsidR="000914D9" w:rsidRPr="00E0378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03783">
              <w:rPr>
                <w:rFonts w:cs="微軟正黑體"/>
                <w:color w:val="000000"/>
                <w:sz w:val="24"/>
                <w:szCs w:val="24"/>
              </w:rPr>
              <w:t xml:space="preserve">　　</w:t>
            </w:r>
            <w:r w:rsidR="003D53C3" w:rsidRPr="00E03783">
              <w:rPr>
                <w:rFonts w:cs="微軟正黑體" w:hint="eastAsia"/>
                <w:color w:val="000000"/>
                <w:sz w:val="24"/>
                <w:szCs w:val="24"/>
                <w:lang w:eastAsia="zh-TW"/>
              </w:rPr>
              <w:t xml:space="preserve">        </w:t>
            </w:r>
            <w:r w:rsidRPr="00E03783">
              <w:rPr>
                <w:rFonts w:cs="微軟正黑體"/>
                <w:color w:val="000000"/>
                <w:sz w:val="24"/>
                <w:szCs w:val="24"/>
              </w:rPr>
              <w:t xml:space="preserve">　年　</w:t>
            </w:r>
            <w:r w:rsidR="003D53C3" w:rsidRPr="00E03783">
              <w:rPr>
                <w:rFonts w:cs="微軟正黑體" w:hint="eastAsia"/>
                <w:color w:val="000000"/>
                <w:sz w:val="24"/>
                <w:szCs w:val="24"/>
                <w:lang w:eastAsia="zh-TW"/>
              </w:rPr>
              <w:t xml:space="preserve">  </w:t>
            </w:r>
            <w:r w:rsidRPr="00E03783">
              <w:rPr>
                <w:rFonts w:cs="微軟正黑體"/>
                <w:color w:val="000000"/>
                <w:sz w:val="24"/>
                <w:szCs w:val="24"/>
              </w:rPr>
              <w:t xml:space="preserve">　月　</w:t>
            </w:r>
            <w:r w:rsidR="003D53C3" w:rsidRPr="00E03783">
              <w:rPr>
                <w:rFonts w:cs="微軟正黑體" w:hint="eastAsia"/>
                <w:color w:val="000000"/>
                <w:sz w:val="24"/>
                <w:szCs w:val="24"/>
                <w:lang w:eastAsia="zh-TW"/>
              </w:rPr>
              <w:t xml:space="preserve">  </w:t>
            </w:r>
            <w:r w:rsidRPr="00E03783">
              <w:rPr>
                <w:rFonts w:cs="微軟正黑體"/>
                <w:color w:val="000000"/>
                <w:sz w:val="24"/>
                <w:szCs w:val="24"/>
              </w:rPr>
              <w:t xml:space="preserve">　日</w:t>
            </w:r>
          </w:p>
        </w:tc>
      </w:tr>
      <w:tr w:rsidR="000914D9" w14:paraId="50A21490" w14:textId="77777777" w:rsidTr="00E03783">
        <w:trPr>
          <w:cantSplit/>
          <w:jc w:val="center"/>
        </w:trPr>
        <w:tc>
          <w:tcPr>
            <w:tcW w:w="2097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A293162" w14:textId="77777777" w:rsidR="000914D9" w:rsidRPr="00E03783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03783">
              <w:rPr>
                <w:rFonts w:cs="微軟正黑體"/>
                <w:b/>
                <w:color w:val="000000"/>
                <w:sz w:val="24"/>
                <w:szCs w:val="24"/>
              </w:rPr>
              <w:t>配發IP位址</w:t>
            </w:r>
          </w:p>
        </w:tc>
        <w:tc>
          <w:tcPr>
            <w:tcW w:w="8219" w:type="dxa"/>
            <w:gridSpan w:val="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586EDD" w14:textId="499435A3" w:rsidR="000914D9" w:rsidRPr="00E03783" w:rsidRDefault="000914D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4BAC9A65" w14:textId="04FE2416" w:rsidR="000914D9" w:rsidRDefault="00000000">
      <w:pPr>
        <w:spacing w:before="100" w:after="60" w:line="240" w:lineRule="auto"/>
        <w:jc w:val="center"/>
        <w:rPr>
          <w:lang w:eastAsia="zh-TW"/>
        </w:rPr>
      </w:pPr>
      <w:r>
        <w:rPr>
          <w:rFonts w:cs="微軟正黑體"/>
          <w:color w:val="666666"/>
          <w:sz w:val="18"/>
          <w:lang w:eastAsia="zh-TW"/>
        </w:rPr>
        <w:t>-----------------------  沿虛線撕下  -----------------------</w:t>
      </w:r>
    </w:p>
    <w:p w14:paraId="37ABEAEF" w14:textId="77777777" w:rsidR="000914D9" w:rsidRDefault="00000000">
      <w:pPr>
        <w:spacing w:after="20" w:line="240" w:lineRule="auto"/>
        <w:jc w:val="center"/>
        <w:rPr>
          <w:rFonts w:cs="微軟正黑體"/>
          <w:b/>
          <w:color w:val="000000"/>
          <w:sz w:val="28"/>
          <w:lang w:eastAsia="zh-TW"/>
        </w:rPr>
      </w:pPr>
      <w:r>
        <w:rPr>
          <w:rFonts w:cs="微軟正黑體"/>
          <w:b/>
          <w:color w:val="000000"/>
          <w:sz w:val="28"/>
          <w:lang w:eastAsia="zh-TW"/>
        </w:rPr>
        <w:t>申請IP回聯</w:t>
      </w:r>
    </w:p>
    <w:p w14:paraId="5960AF49" w14:textId="241A6390" w:rsidR="000914D9" w:rsidRPr="00E03783" w:rsidRDefault="00000000" w:rsidP="008F03CB">
      <w:pPr>
        <w:spacing w:after="60" w:line="240" w:lineRule="auto"/>
        <w:rPr>
          <w:sz w:val="24"/>
          <w:szCs w:val="24"/>
          <w:lang w:eastAsia="zh-TW"/>
        </w:rPr>
      </w:pPr>
      <w:r w:rsidRPr="00E03783">
        <w:rPr>
          <w:rFonts w:cs="微軟正黑體"/>
          <w:b/>
          <w:color w:val="C00000"/>
          <w:sz w:val="24"/>
          <w:szCs w:val="24"/>
          <w:lang w:eastAsia="zh-TW"/>
        </w:rPr>
        <w:t>申請者注意：本回聯將另行交付，請再次完整填寫</w:t>
      </w:r>
      <w:r w:rsidR="002C7665">
        <w:rPr>
          <w:rFonts w:cs="微軟正黑體" w:hint="eastAsia"/>
          <w:b/>
          <w:color w:val="C00000"/>
          <w:sz w:val="24"/>
          <w:szCs w:val="24"/>
          <w:lang w:eastAsia="zh-TW"/>
        </w:rPr>
        <w:t>下列</w:t>
      </w:r>
      <w:r w:rsidRPr="00E03783">
        <w:rPr>
          <w:rFonts w:cs="微軟正黑體"/>
          <w:b/>
          <w:color w:val="C00000"/>
          <w:sz w:val="24"/>
          <w:szCs w:val="24"/>
          <w:lang w:eastAsia="zh-TW"/>
        </w:rPr>
        <w:t>左欄。</w:t>
      </w:r>
    </w:p>
    <w:tbl>
      <w:tblPr>
        <w:tblW w:w="0" w:type="auto"/>
        <w:jc w:val="center"/>
        <w:tblBorders>
          <w:top w:val="single" w:sz="12" w:space="0" w:color="6E6E6E"/>
          <w:left w:val="single" w:sz="12" w:space="0" w:color="6E6E6E"/>
          <w:bottom w:val="single" w:sz="12" w:space="0" w:color="6E6E6E"/>
          <w:right w:val="single" w:sz="12" w:space="0" w:color="6E6E6E"/>
          <w:insideH w:val="single" w:sz="8" w:space="0" w:color="6E6E6E"/>
          <w:insideV w:val="single" w:sz="8" w:space="0" w:color="6E6E6E"/>
        </w:tblBorders>
        <w:tblLayout w:type="fixed"/>
        <w:tblLook w:val="04A0" w:firstRow="1" w:lastRow="0" w:firstColumn="1" w:lastColumn="0" w:noHBand="0" w:noVBand="1"/>
      </w:tblPr>
      <w:tblGrid>
        <w:gridCol w:w="5159"/>
        <w:gridCol w:w="5159"/>
      </w:tblGrid>
      <w:tr w:rsidR="000914D9" w14:paraId="57826204" w14:textId="77777777" w:rsidTr="00ED58F9">
        <w:trPr>
          <w:cantSplit/>
          <w:trHeight w:val="298"/>
          <w:tblHeader/>
          <w:jc w:val="center"/>
        </w:trPr>
        <w:tc>
          <w:tcPr>
            <w:tcW w:w="5159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D3162E7" w14:textId="51EA0E77" w:rsidR="000914D9" w:rsidRPr="00E03783" w:rsidRDefault="00000000">
            <w:pPr>
              <w:spacing w:after="0" w:line="240" w:lineRule="auto"/>
              <w:jc w:val="center"/>
              <w:rPr>
                <w:sz w:val="24"/>
                <w:szCs w:val="24"/>
                <w:lang w:eastAsia="zh-TW"/>
              </w:rPr>
            </w:pPr>
            <w:r w:rsidRPr="00E03783">
              <w:rPr>
                <w:rFonts w:cs="微軟正黑體"/>
                <w:b/>
                <w:color w:val="FFFFFF"/>
                <w:sz w:val="24"/>
                <w:szCs w:val="24"/>
                <w:lang w:eastAsia="zh-TW"/>
              </w:rPr>
              <w:t xml:space="preserve">申請者必填欄　</w:t>
            </w:r>
          </w:p>
        </w:tc>
        <w:tc>
          <w:tcPr>
            <w:tcW w:w="5159" w:type="dxa"/>
            <w:shd w:val="clear" w:color="auto" w:fill="59595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AC1A87" w14:textId="77777777" w:rsidR="000914D9" w:rsidRPr="00E03783" w:rsidRDefault="00000000">
            <w:pPr>
              <w:spacing w:after="0" w:line="240" w:lineRule="auto"/>
              <w:jc w:val="center"/>
              <w:rPr>
                <w:sz w:val="24"/>
                <w:szCs w:val="24"/>
                <w:lang w:eastAsia="zh-TW"/>
              </w:rPr>
            </w:pPr>
            <w:r w:rsidRPr="00E03783">
              <w:rPr>
                <w:rFonts w:cs="微軟正黑體"/>
                <w:b/>
                <w:color w:val="FFFFFF"/>
                <w:sz w:val="24"/>
                <w:szCs w:val="24"/>
                <w:lang w:eastAsia="zh-TW"/>
              </w:rPr>
              <w:t>資訊中心填寫欄　申請者免填</w:t>
            </w:r>
          </w:p>
        </w:tc>
      </w:tr>
      <w:tr w:rsidR="000914D9" w14:paraId="72B64A40" w14:textId="77777777" w:rsidTr="00ED58F9">
        <w:trPr>
          <w:cantSplit/>
          <w:jc w:val="center"/>
        </w:trPr>
        <w:tc>
          <w:tcPr>
            <w:tcW w:w="5159" w:type="dxa"/>
            <w:shd w:val="clear" w:color="auto" w:fill="EEF5FB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FF71D67" w14:textId="7AC7BC90" w:rsidR="000914D9" w:rsidRPr="00E03783" w:rsidRDefault="00000000" w:rsidP="00ED58F9">
            <w:pPr>
              <w:spacing w:after="0" w:line="360" w:lineRule="auto"/>
              <w:rPr>
                <w:sz w:val="24"/>
                <w:szCs w:val="24"/>
                <w:lang w:eastAsia="zh-TW"/>
              </w:rPr>
            </w:pPr>
            <w:r w:rsidRPr="00E03783">
              <w:rPr>
                <w:rFonts w:cs="微軟正黑體"/>
                <w:b/>
                <w:color w:val="000000"/>
                <w:sz w:val="24"/>
                <w:szCs w:val="24"/>
                <w:lang w:eastAsia="zh-TW"/>
              </w:rPr>
              <w:t>電腦位置：</w:t>
            </w:r>
            <w:r w:rsidRPr="00D13B7A">
              <w:rPr>
                <w:rFonts w:cs="微軟正黑體"/>
                <w:bCs/>
                <w:color w:val="000000"/>
                <w:sz w:val="24"/>
                <w:szCs w:val="24"/>
                <w:lang w:eastAsia="zh-TW"/>
              </w:rPr>
              <w:t xml:space="preserve">　　　　　</w:t>
            </w:r>
            <w:r w:rsidR="00C41253" w:rsidRPr="00D13B7A">
              <w:rPr>
                <w:rFonts w:cs="微軟正黑體" w:hint="eastAsia"/>
                <w:bCs/>
                <w:color w:val="000000"/>
                <w:sz w:val="24"/>
                <w:szCs w:val="24"/>
                <w:lang w:eastAsia="zh-TW"/>
              </w:rPr>
              <w:t xml:space="preserve"> </w:t>
            </w:r>
            <w:r w:rsidR="00D13B7A" w:rsidRPr="00D13B7A">
              <w:rPr>
                <w:rFonts w:cs="微軟正黑體" w:hint="eastAsia"/>
                <w:bCs/>
                <w:color w:val="000000"/>
                <w:sz w:val="24"/>
                <w:szCs w:val="24"/>
                <w:lang w:eastAsia="zh-TW"/>
              </w:rPr>
              <w:t xml:space="preserve">  </w:t>
            </w:r>
            <w:r w:rsidR="00C41253" w:rsidRPr="00D13B7A">
              <w:rPr>
                <w:rFonts w:cs="微軟正黑體" w:hint="eastAsia"/>
                <w:bCs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D13B7A">
              <w:rPr>
                <w:rFonts w:cs="微軟正黑體"/>
                <w:bCs/>
                <w:color w:val="000000"/>
                <w:sz w:val="24"/>
                <w:szCs w:val="24"/>
                <w:lang w:eastAsia="zh-TW"/>
              </w:rPr>
              <w:t xml:space="preserve">　</w:t>
            </w:r>
            <w:r w:rsidRPr="00E03783">
              <w:rPr>
                <w:rFonts w:cs="微軟正黑體"/>
                <w:b/>
                <w:color w:val="000000"/>
                <w:sz w:val="24"/>
                <w:szCs w:val="24"/>
                <w:lang w:eastAsia="zh-TW"/>
              </w:rPr>
              <w:t>大樓</w:t>
            </w:r>
            <w:r w:rsidRPr="00D13B7A">
              <w:rPr>
                <w:rFonts w:cs="微軟正黑體"/>
                <w:bCs/>
                <w:color w:val="000000"/>
                <w:sz w:val="24"/>
                <w:szCs w:val="24"/>
                <w:lang w:eastAsia="zh-TW"/>
              </w:rPr>
              <w:t xml:space="preserve">　</w:t>
            </w:r>
            <w:r w:rsidR="00D13B7A" w:rsidRPr="00D13B7A">
              <w:rPr>
                <w:rFonts w:cs="微軟正黑體" w:hint="eastAsia"/>
                <w:bCs/>
                <w:color w:val="000000"/>
                <w:sz w:val="24"/>
                <w:szCs w:val="24"/>
                <w:lang w:eastAsia="zh-TW"/>
              </w:rPr>
              <w:t xml:space="preserve">  </w:t>
            </w:r>
            <w:r w:rsidRPr="00D13B7A">
              <w:rPr>
                <w:rFonts w:cs="微軟正黑體"/>
                <w:bCs/>
                <w:color w:val="000000"/>
                <w:sz w:val="24"/>
                <w:szCs w:val="24"/>
                <w:lang w:eastAsia="zh-TW"/>
              </w:rPr>
              <w:t xml:space="preserve">　　</w:t>
            </w:r>
            <w:r w:rsidR="00C41253" w:rsidRPr="00D13B7A">
              <w:rPr>
                <w:rFonts w:cs="微軟正黑體" w:hint="eastAsia"/>
                <w:bCs/>
                <w:color w:val="000000"/>
                <w:sz w:val="24"/>
                <w:szCs w:val="24"/>
                <w:lang w:eastAsia="zh-TW"/>
              </w:rPr>
              <w:t xml:space="preserve">  </w:t>
            </w:r>
            <w:r w:rsidRPr="00E03783">
              <w:rPr>
                <w:rFonts w:cs="微軟正黑體"/>
                <w:b/>
                <w:color w:val="000000"/>
                <w:sz w:val="24"/>
                <w:szCs w:val="24"/>
                <w:lang w:eastAsia="zh-TW"/>
              </w:rPr>
              <w:t>樓</w:t>
            </w:r>
            <w:r w:rsidRPr="00E03783">
              <w:rPr>
                <w:rFonts w:cs="微軟正黑體"/>
                <w:b/>
                <w:color w:val="000000"/>
                <w:sz w:val="24"/>
                <w:szCs w:val="24"/>
                <w:lang w:eastAsia="zh-TW"/>
              </w:rPr>
              <w:br/>
              <w:t>部門／系所：</w:t>
            </w:r>
            <w:r w:rsidR="002B5B59" w:rsidRPr="00D13B7A">
              <w:rPr>
                <w:rFonts w:cs="微軟正黑體"/>
                <w:bCs/>
                <w:color w:val="000000"/>
                <w:sz w:val="24"/>
                <w:szCs w:val="24"/>
                <w:lang w:eastAsia="zh-TW"/>
              </w:rPr>
              <w:t xml:space="preserve"> </w:t>
            </w:r>
            <w:r w:rsidR="00D13B7A" w:rsidRPr="00D13B7A">
              <w:rPr>
                <w:rFonts w:cs="微軟正黑體" w:hint="eastAsia"/>
                <w:bCs/>
                <w:color w:val="000000"/>
                <w:sz w:val="24"/>
                <w:szCs w:val="24"/>
                <w:lang w:eastAsia="zh-TW"/>
              </w:rPr>
              <w:t xml:space="preserve">                                                          </w:t>
            </w:r>
            <w:r w:rsidRPr="00D13B7A">
              <w:rPr>
                <w:rFonts w:cs="微軟正黑體"/>
                <w:b/>
                <w:color w:val="000000"/>
                <w:sz w:val="24"/>
                <w:szCs w:val="24"/>
                <w:lang w:eastAsia="zh-TW"/>
              </w:rPr>
              <w:br/>
            </w:r>
            <w:r w:rsidRPr="00E03783">
              <w:rPr>
                <w:rFonts w:cs="微軟正黑體"/>
                <w:b/>
                <w:color w:val="000000"/>
                <w:sz w:val="24"/>
                <w:szCs w:val="24"/>
                <w:lang w:eastAsia="zh-TW"/>
              </w:rPr>
              <w:t>姓名：</w:t>
            </w:r>
            <w:r w:rsidR="00D13B7A" w:rsidRPr="00D13B7A">
              <w:rPr>
                <w:rFonts w:cs="微軟正黑體" w:hint="eastAsia"/>
                <w:bCs/>
                <w:color w:val="000000"/>
                <w:sz w:val="24"/>
                <w:szCs w:val="24"/>
                <w:lang w:eastAsia="zh-TW"/>
              </w:rPr>
              <w:t xml:space="preserve">                                                                      </w:t>
            </w:r>
            <w:r w:rsidR="002B5B59" w:rsidRPr="00E03783">
              <w:rPr>
                <w:rFonts w:cs="微軟正黑體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E03783">
              <w:rPr>
                <w:rFonts w:cs="微軟正黑體"/>
                <w:b/>
                <w:color w:val="000000"/>
                <w:sz w:val="24"/>
                <w:szCs w:val="24"/>
                <w:lang w:eastAsia="zh-TW"/>
              </w:rPr>
              <w:br/>
              <w:t>分機：</w:t>
            </w:r>
            <w:r w:rsidR="00D13B7A" w:rsidRPr="00D13B7A">
              <w:rPr>
                <w:rFonts w:cs="微軟正黑體" w:hint="eastAsia"/>
                <w:bCs/>
                <w:color w:val="000000"/>
                <w:sz w:val="24"/>
                <w:szCs w:val="24"/>
                <w:lang w:eastAsia="zh-TW"/>
              </w:rPr>
              <w:t xml:space="preserve">                                                          </w:t>
            </w:r>
          </w:p>
        </w:tc>
        <w:tc>
          <w:tcPr>
            <w:tcW w:w="5159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432240" w14:textId="77777777" w:rsidR="002B5B59" w:rsidRPr="00E03783" w:rsidRDefault="00000000">
            <w:pPr>
              <w:spacing w:after="0" w:line="331" w:lineRule="auto"/>
              <w:rPr>
                <w:rFonts w:cs="微軟正黑體"/>
                <w:color w:val="000000"/>
                <w:sz w:val="24"/>
                <w:szCs w:val="24"/>
                <w:lang w:eastAsia="zh-TW"/>
              </w:rPr>
            </w:pPr>
            <w:r w:rsidRPr="00E03783">
              <w:rPr>
                <w:rFonts w:cs="微軟正黑體"/>
                <w:color w:val="000000"/>
                <w:sz w:val="24"/>
                <w:szCs w:val="24"/>
                <w:lang w:eastAsia="zh-TW"/>
              </w:rPr>
              <w:t>配發IP：</w:t>
            </w:r>
          </w:p>
          <w:p w14:paraId="062FCC1E" w14:textId="27644B61" w:rsidR="000914D9" w:rsidRPr="00335C62" w:rsidRDefault="00000000" w:rsidP="00ED58F9">
            <w:pPr>
              <w:spacing w:after="0" w:line="331" w:lineRule="auto"/>
              <w:rPr>
                <w:rFonts w:cs="微軟正黑體"/>
                <w:color w:val="000000"/>
                <w:sz w:val="24"/>
                <w:szCs w:val="24"/>
                <w:lang w:eastAsia="zh-TW"/>
              </w:rPr>
            </w:pPr>
            <w:r w:rsidRPr="00E03783">
              <w:rPr>
                <w:rFonts w:cs="微軟正黑體"/>
                <w:color w:val="000000"/>
                <w:sz w:val="24"/>
                <w:szCs w:val="24"/>
                <w:lang w:eastAsia="zh-TW"/>
              </w:rPr>
              <w:t>子網路遮罩：</w:t>
            </w:r>
            <w:r w:rsidR="002B5B59" w:rsidRPr="00E03783">
              <w:rPr>
                <w:rFonts w:cs="微軟正黑體"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E03783">
              <w:rPr>
                <w:rFonts w:cs="微軟正黑體"/>
                <w:color w:val="000000"/>
                <w:sz w:val="24"/>
                <w:szCs w:val="24"/>
                <w:lang w:eastAsia="zh-TW"/>
              </w:rPr>
              <w:br/>
              <w:t>預設閘道：</w:t>
            </w:r>
            <w:r w:rsidR="002B5B59" w:rsidRPr="00E03783">
              <w:rPr>
                <w:rFonts w:cs="微軟正黑體"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E03783">
              <w:rPr>
                <w:rFonts w:cs="微軟正黑體"/>
                <w:color w:val="000000"/>
                <w:sz w:val="24"/>
                <w:szCs w:val="24"/>
                <w:lang w:eastAsia="zh-TW"/>
              </w:rPr>
              <w:br/>
              <w:t>慣用DNS伺服器：</w:t>
            </w:r>
            <w:r w:rsidR="00335C62">
              <w:rPr>
                <w:rFonts w:cs="微軟正黑體" w:hint="eastAsia"/>
                <w:color w:val="000000"/>
                <w:sz w:val="24"/>
                <w:szCs w:val="24"/>
                <w:lang w:eastAsia="zh-TW"/>
              </w:rPr>
              <w:t>163.25.114.1</w:t>
            </w:r>
            <w:r w:rsidRPr="00E03783">
              <w:rPr>
                <w:rFonts w:cs="微軟正黑體"/>
                <w:color w:val="000000"/>
                <w:sz w:val="24"/>
                <w:szCs w:val="24"/>
                <w:lang w:eastAsia="zh-TW"/>
              </w:rPr>
              <w:br/>
              <w:t>其他DNS伺服器：</w:t>
            </w:r>
            <w:r w:rsidR="00335C62">
              <w:rPr>
                <w:rFonts w:cs="微軟正黑體" w:hint="eastAsia"/>
                <w:color w:val="000000"/>
                <w:sz w:val="24"/>
                <w:szCs w:val="24"/>
                <w:lang w:eastAsia="zh-TW"/>
              </w:rPr>
              <w:t xml:space="preserve">163.25.114.185 </w:t>
            </w:r>
          </w:p>
        </w:tc>
      </w:tr>
    </w:tbl>
    <w:p w14:paraId="5BFA42F0" w14:textId="77777777" w:rsidR="00AC7F85" w:rsidRDefault="00AC7F85" w:rsidP="00B63BD0">
      <w:pPr>
        <w:jc w:val="right"/>
        <w:rPr>
          <w:rFonts w:cs="微軟正黑體"/>
          <w:b/>
          <w:color w:val="000000"/>
          <w:sz w:val="24"/>
          <w:szCs w:val="24"/>
          <w:lang w:eastAsia="zh-TW"/>
        </w:rPr>
      </w:pPr>
    </w:p>
    <w:p w14:paraId="564B71A9" w14:textId="3C4C7391" w:rsidR="00A52679" w:rsidRPr="00B63BD0" w:rsidRDefault="00B63BD0" w:rsidP="00B63BD0">
      <w:pPr>
        <w:jc w:val="right"/>
        <w:rPr>
          <w:rFonts w:cs="微軟正黑體"/>
          <w:b/>
          <w:color w:val="000000"/>
          <w:sz w:val="24"/>
          <w:szCs w:val="24"/>
          <w:lang w:eastAsia="zh-TW"/>
        </w:rPr>
      </w:pPr>
      <w:r w:rsidRPr="00B63BD0">
        <w:rPr>
          <w:rFonts w:cs="微軟正黑體" w:hint="eastAsia"/>
          <w:b/>
          <w:color w:val="000000"/>
          <w:sz w:val="24"/>
          <w:szCs w:val="24"/>
          <w:lang w:eastAsia="zh-TW"/>
        </w:rPr>
        <w:t xml:space="preserve">資訊中心承辦人：   </w:t>
      </w:r>
      <w:r>
        <w:rPr>
          <w:rFonts w:cs="微軟正黑體" w:hint="eastAsia"/>
          <w:b/>
          <w:color w:val="000000"/>
          <w:sz w:val="24"/>
          <w:szCs w:val="24"/>
          <w:lang w:eastAsia="zh-TW"/>
        </w:rPr>
        <w:t xml:space="preserve">            </w:t>
      </w:r>
      <w:r w:rsidRPr="00B63BD0">
        <w:rPr>
          <w:rFonts w:cs="微軟正黑體" w:hint="eastAsia"/>
          <w:b/>
          <w:color w:val="000000"/>
          <w:sz w:val="24"/>
          <w:szCs w:val="24"/>
          <w:lang w:eastAsia="zh-TW"/>
        </w:rPr>
        <w:t xml:space="preserve">                 日期：  </w:t>
      </w:r>
      <w:r>
        <w:rPr>
          <w:rFonts w:cs="微軟正黑體" w:hint="eastAsia"/>
          <w:b/>
          <w:color w:val="000000"/>
          <w:sz w:val="24"/>
          <w:szCs w:val="24"/>
          <w:lang w:eastAsia="zh-TW"/>
        </w:rPr>
        <w:t xml:space="preserve">         </w:t>
      </w:r>
      <w:r w:rsidRPr="00B63BD0">
        <w:rPr>
          <w:rFonts w:cs="微軟正黑體" w:hint="eastAsia"/>
          <w:b/>
          <w:color w:val="000000"/>
          <w:sz w:val="24"/>
          <w:szCs w:val="24"/>
          <w:lang w:eastAsia="zh-TW"/>
        </w:rPr>
        <w:t xml:space="preserve">  年 </w:t>
      </w:r>
      <w:r>
        <w:rPr>
          <w:rFonts w:cs="微軟正黑體" w:hint="eastAsia"/>
          <w:b/>
          <w:color w:val="000000"/>
          <w:sz w:val="24"/>
          <w:szCs w:val="24"/>
          <w:lang w:eastAsia="zh-TW"/>
        </w:rPr>
        <w:t xml:space="preserve">        </w:t>
      </w:r>
      <w:r w:rsidRPr="00B63BD0">
        <w:rPr>
          <w:rFonts w:cs="微軟正黑體" w:hint="eastAsia"/>
          <w:b/>
          <w:color w:val="000000"/>
          <w:sz w:val="24"/>
          <w:szCs w:val="24"/>
          <w:lang w:eastAsia="zh-TW"/>
        </w:rPr>
        <w:t xml:space="preserve">   月</w:t>
      </w:r>
      <w:r>
        <w:rPr>
          <w:rFonts w:cs="微軟正黑體" w:hint="eastAsia"/>
          <w:b/>
          <w:color w:val="000000"/>
          <w:sz w:val="24"/>
          <w:szCs w:val="24"/>
          <w:lang w:eastAsia="zh-TW"/>
        </w:rPr>
        <w:t xml:space="preserve">        </w:t>
      </w:r>
      <w:r w:rsidRPr="00B63BD0">
        <w:rPr>
          <w:rFonts w:cs="微軟正黑體" w:hint="eastAsia"/>
          <w:b/>
          <w:color w:val="000000"/>
          <w:sz w:val="24"/>
          <w:szCs w:val="24"/>
          <w:lang w:eastAsia="zh-TW"/>
        </w:rPr>
        <w:t xml:space="preserve">    日</w:t>
      </w:r>
    </w:p>
    <w:sectPr w:rsidR="00A52679" w:rsidRPr="00B63BD0" w:rsidSect="00ED58F9">
      <w:pgSz w:w="11906" w:h="16838"/>
      <w:pgMar w:top="567" w:right="765" w:bottom="454" w:left="765" w:header="227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9A19C9" w14:textId="77777777" w:rsidR="003138C3" w:rsidRDefault="003138C3" w:rsidP="002C7665">
      <w:pPr>
        <w:spacing w:after="0" w:line="240" w:lineRule="auto"/>
      </w:pPr>
      <w:r>
        <w:separator/>
      </w:r>
    </w:p>
  </w:endnote>
  <w:endnote w:type="continuationSeparator" w:id="0">
    <w:p w14:paraId="4495CE6C" w14:textId="77777777" w:rsidR="003138C3" w:rsidRDefault="003138C3" w:rsidP="002C76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09A474" w14:textId="77777777" w:rsidR="003138C3" w:rsidRDefault="003138C3" w:rsidP="002C7665">
      <w:pPr>
        <w:spacing w:after="0" w:line="240" w:lineRule="auto"/>
      </w:pPr>
      <w:r>
        <w:separator/>
      </w:r>
    </w:p>
  </w:footnote>
  <w:footnote w:type="continuationSeparator" w:id="0">
    <w:p w14:paraId="1DEEBDD9" w14:textId="77777777" w:rsidR="003138C3" w:rsidRDefault="003138C3" w:rsidP="002C76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27203501">
    <w:abstractNumId w:val="8"/>
  </w:num>
  <w:num w:numId="2" w16cid:durableId="1373771930">
    <w:abstractNumId w:val="6"/>
  </w:num>
  <w:num w:numId="3" w16cid:durableId="1067612881">
    <w:abstractNumId w:val="5"/>
  </w:num>
  <w:num w:numId="4" w16cid:durableId="1073118640">
    <w:abstractNumId w:val="4"/>
  </w:num>
  <w:num w:numId="5" w16cid:durableId="666909108">
    <w:abstractNumId w:val="7"/>
  </w:num>
  <w:num w:numId="6" w16cid:durableId="1406606569">
    <w:abstractNumId w:val="3"/>
  </w:num>
  <w:num w:numId="7" w16cid:durableId="1461874757">
    <w:abstractNumId w:val="2"/>
  </w:num>
  <w:num w:numId="8" w16cid:durableId="1607692794">
    <w:abstractNumId w:val="1"/>
  </w:num>
  <w:num w:numId="9" w16cid:durableId="328408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14D9"/>
    <w:rsid w:val="000F1F52"/>
    <w:rsid w:val="0015074B"/>
    <w:rsid w:val="001B7A46"/>
    <w:rsid w:val="0029639D"/>
    <w:rsid w:val="002B5B59"/>
    <w:rsid w:val="002C7665"/>
    <w:rsid w:val="0031003B"/>
    <w:rsid w:val="003138C3"/>
    <w:rsid w:val="00326F90"/>
    <w:rsid w:val="00335C62"/>
    <w:rsid w:val="00356848"/>
    <w:rsid w:val="003D53C3"/>
    <w:rsid w:val="003E502F"/>
    <w:rsid w:val="004151D2"/>
    <w:rsid w:val="00443402"/>
    <w:rsid w:val="004B67CF"/>
    <w:rsid w:val="004D32D2"/>
    <w:rsid w:val="00517032"/>
    <w:rsid w:val="00650FFF"/>
    <w:rsid w:val="00690E69"/>
    <w:rsid w:val="006F4574"/>
    <w:rsid w:val="00717556"/>
    <w:rsid w:val="00720807"/>
    <w:rsid w:val="00867536"/>
    <w:rsid w:val="00892265"/>
    <w:rsid w:val="008C7EED"/>
    <w:rsid w:val="008F03CB"/>
    <w:rsid w:val="009262D1"/>
    <w:rsid w:val="0099707F"/>
    <w:rsid w:val="009B62EB"/>
    <w:rsid w:val="00A52679"/>
    <w:rsid w:val="00A967ED"/>
    <w:rsid w:val="00AA1D8D"/>
    <w:rsid w:val="00AC7F85"/>
    <w:rsid w:val="00AD6D6F"/>
    <w:rsid w:val="00B47730"/>
    <w:rsid w:val="00B621D9"/>
    <w:rsid w:val="00B63BD0"/>
    <w:rsid w:val="00C41253"/>
    <w:rsid w:val="00C54DF5"/>
    <w:rsid w:val="00C61E18"/>
    <w:rsid w:val="00CB0664"/>
    <w:rsid w:val="00CB3A05"/>
    <w:rsid w:val="00D13B7A"/>
    <w:rsid w:val="00D16753"/>
    <w:rsid w:val="00DF61BA"/>
    <w:rsid w:val="00E03783"/>
    <w:rsid w:val="00E859B8"/>
    <w:rsid w:val="00ED58F9"/>
    <w:rsid w:val="00F2177D"/>
    <w:rsid w:val="00F66E42"/>
    <w:rsid w:val="00FA6BC7"/>
    <w:rsid w:val="00FC296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E6B0FAC"/>
  <w14:defaultImageDpi w14:val="300"/>
  <w15:docId w15:val="{9F74F424-7DEB-48EA-B17E-27EC19A78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微軟正黑體" w:eastAsia="微軟正黑體" w:hAnsi="微軟正黑體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謝炳順</cp:lastModifiedBy>
  <cp:revision>45</cp:revision>
  <cp:lastPrinted>2026-09-14T07:49:00Z</cp:lastPrinted>
  <dcterms:created xsi:type="dcterms:W3CDTF">2026-09-14T07:56:00Z</dcterms:created>
  <dcterms:modified xsi:type="dcterms:W3CDTF">2026-09-23T08:00:00Z</dcterms:modified>
  <cp:category/>
</cp:coreProperties>
</file>